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 100 exercices résolus d’algèbre generale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Lebsir; Habib/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9961665090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génerale/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cent exercices résolus choisis parmi ies chapitres délicats de l'algebre générale de 1 er année d'université des filiéres scientifiques et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