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L'Algèbre linéaire polynomes et fractions rationnelles.T2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Heniche;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 linéaire/ fraction rationnelle/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 aux étudiants du mathématique et du géométrie et d'espaces euclidiens triangles, cercles et sphéres.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