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MPSI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Guinin; Daniel/ Joppin;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274950175X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Vient en complément des Nouveaux précis avec des sujets d'oraux pour acquérir les techniques fondamentales et des problèmes pour les mettre en oeuvre dans des démonstrations plus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