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géométrie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Guinin; Daniel/ Joppin;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2749503884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