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PSI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Guinin, Daniel/ Joppin,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classes prépas scientifiques, conforme aux nouveaux programmes 2004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