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Economie "module"(N°:None)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395-401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2100012649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mathématique/ méthode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et détaillée aux différentes techniques et méthodes utilisées en statistiques. Il couvre à la fois les concepts fondamentaux et les approches avancées en statistique, en mettant l'accent sur les applications pratiques. Ce livre s'adresse à un public varié, allant des étudiants en statistiques et en mathématiques aux professionnels et chercheurs dans des domaines tels que l'économie, la biologie, et l'ingénierie.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