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mathématiques pour les sciences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Aslangul,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LMD, licence maitrise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 1221-1233 .Index p.p. 1235-1252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978280416617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Mathématiques pour accompagner les étudiants tout au long de leurs études supérieures en les familiarisant avec des méthodes et des techniques sans la maitrise desquelles toute modélisation quantitative est impossible.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