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Polynômes orthogonaux et transformations intégrales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Groux,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Pratiques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9782854288346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polynôme/ </w:t>
            </w:r>
          </w:p>
        </w:tc>
      </w:tr>
    </w:tbl>
    <w:p>
      <w:pPr>
        <w:pStyle w:val="Heading3"/>
      </w:pPr>
      <w:r>
        <w:t>Résumé :</w:t>
      </w:r>
    </w:p>
    <w:p>
      <w:r>
        <w:t>Manuel abordant l'intégrale de Lebesgue, les fonctions analytiques, les espaces de Hilbert, les polynômes orthogonaux, la transformée de LaplaceNombreux sujets corrigés et assortis de commentaires.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