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de données et systèmes relationnels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Delobel; Claude/ Adiba;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427-44. Index p.p. 445-448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2040116281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SQL/ modèle relationnel/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ouvrage, fruit de nombreuses années d'enseignement, s'adresse principalement aux élèves-ingénieurs et aux étudiants en IUT ou en licence ou master ; il intéressera également les personnes désireuses de se former aux méthodes, concepts et techniques des bases de données.</w:t>
        <w:br/>
        <w:br/>
        <w:br/>
        <w:br/>
        <w:t>Le monde des bases de données a connu une évolution remarquable depuis l'avènement du relationnel. La compréhension et la maîtrise de ce domaine et de son évolution passent inéluctablement par celles de ce modèle.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