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Administration des réseaux par la pratique exercices pour débutants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Dahmani, Youcef/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9789961019832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informatique/ </w:t>
            </w:r>
          </w:p>
        </w:tc>
      </w:tr>
    </w:tbl>
    <w:p>
      <w:pPr>
        <w:pStyle w:val="Heading3"/>
      </w:pPr>
      <w:r>
        <w:t>Résumé :</w:t>
      </w:r>
    </w:p>
    <w:p>
      <w:r>
        <w:t>Cet ouvrage propose une approche pratique de l'administration des réseaux, spécialement conçue pour les débutants. Il couvre les concepts fondamentaux des réseaux informatiques et offre une série d'exercices pratiques permettant aux lecteurs de mettre en application les notions théoriques abordées. Les sujets traités incluent :</w:t>
        <w:br/>
        <w:br/>
        <w:t>-Les bases de l'administration réseau : introduction aux rôles et responsabilités d'un administrateur réseau.</w:t>
        <w:br/>
        <w:br/>
        <w:t>-Configuration des équipements réseau : paramétrage des routeurs, commutateurs et autres dispositifs essentiels.</w:t>
        <w:br/>
        <w:br/>
        <w:t>-Gestion des adresses IP : compréhension et application de l'adressage IPv4 et IPv6.</w:t>
        <w:br/>
        <w:br/>
        <w:t>-Sécurité réseau : principes fondamentaux pour protéger les infrastructures réseau.</w:t>
        <w:br/>
        <w:br/>
        <w:t>-Résolution des problèmes courants : méthodologies pour diagnostiquer et résoudre les dysfonctionnements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