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Goblot, Rémi/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Mathématiques à l'université(N°:None)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2729825673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espace vectoriel/ </w:t>
            </w:r>
          </w:p>
        </w:tc>
      </w:tr>
    </w:tbl>
    <w:p>
      <w:pPr>
        <w:pStyle w:val="Heading3"/>
      </w:pPr>
      <w:r>
        <w:t>Résumé :</w:t>
      </w:r>
    </w:p>
    <w:p>
      <w:r>
        <w:t>Le livre Algèbre linéaire de Rémi Goblot est une introduction aux concepts fondamentaux de l'algèbre linéaire, qui est une branche des mathématiques traitant des espaces vectoriels, des matrices, des systèmes d'équations linéaires, etc. Il présente les bases de cette discipline de manière accessible et progressive.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