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Matériaux polymères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Carrega,Marc/ Agassant, Jean-François/ Biron, Michel/ Clozza,Claude/ Duval,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XXIII-646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ingénierie.matériaux(N°:None)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2100046942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polymères/ </w:t>
            </w:r>
          </w:p>
        </w:tc>
      </w:tr>
    </w:tbl>
    <w:p>
      <w:pPr>
        <w:pStyle w:val="Heading3"/>
      </w:pPr>
      <w:r>
        <w:t>Résumé :</w:t>
      </w:r>
    </w:p>
    <w:p>
      <w:r>
        <w:t>Véritable encyclopédie technique des matériaux polymères, cet ouvrage traite de tous les types de matériaux : • Polymères de grande diffusion (polyéthylènes, PVC...), • Polymères techniques (polymères fluorés, alliages...), • Elastomères, • Colles et adhésifs. Après une partie générale sur les propriétés, les techniques de mise en forme et le recyclage, il fournit pour chaque matériau toutes les informations utiles à la connaissance, au choix et à l'utilisation : • Formulations, • Propriétés d'usage, • Modes de mise en œuvre, • Domaines d'application et perspectives, • Données commerciales. Cet ouvrage est un outil de travail indispensable pour tous les ingénieurs et techniciens (recherche, études, production, achats, etc.) qui sont amenés à travailler avec les matériaux polymères, quel que soit leur domaine d'activité.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