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windows avec turbo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335-343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9961630599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turbo C plus-plus (logiciel)/ microsoft windows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fournira graduellement les connaissances et le savoir-faire necessaires en mettant l'accent sur la méthpdologie autant que le maniement des outils.il est illustré de nombreux programmes complets accompagnés d'exemples d'exécution,qui vous faciliteront l'acquisition de notions fondamentales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