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livre du C, premier langage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Noire(N°:None)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9782212110524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Un manuel d'apprentissage du C pour les vrais débutants en programmation</w:t>
        <w:br/>
        <w:br/>
        <w:t>Vous avez décidé de vous initier à la programmation et souhaitez opter pour un langage largement utilisé dans le monde professionnel ? Que vous soyez étudiant ou autodidacte, vous trouverez dans ce livre une approche du langage C adaptée aux vrais débutants en programmation.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