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Microprocesseur 6809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Boulesteix, Joel/ Dardanne,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processeur graphique/ périphériques de l'ordinateur/ </w:t>
            </w:r>
          </w:p>
        </w:tc>
      </w:tr>
    </w:tbl>
    <w:p>
      <w:pPr>
        <w:pStyle w:val="Heading3"/>
      </w:pPr>
      <w:r>
        <w:t>Résumé :</w:t>
      </w:r>
    </w:p>
    <w:p>
      <w:r>
        <w:t>L'ouvrage Microprocesseur 6809 est un livre technique qui explique en détail le microprocesseur Motorola 6809, un processeur 8 bits de la fin des années 1970 et début des années 1980. Ce microprocesseur était largement utilisé dans les systèmes embarqués et les ordinateurs personnels de cette époque.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