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Démarrer avec windows 8.1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Référence bureautique(N°:None)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313-320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9782746087569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systéme d'exploitation/ windows 8/ </w:t>
            </w:r>
          </w:p>
        </w:tc>
      </w:tr>
    </w:tbl>
    <w:p>
      <w:pPr>
        <w:pStyle w:val="Heading3"/>
      </w:pPr>
      <w:r>
        <w:t>Résumé :</w:t>
      </w:r>
    </w:p>
    <w:p>
      <w:r>
        <w:t>L'ouvrage démarrer avec Windows 8.1 est un guide pratique conçu pour aider les utilisateurs à prendre en main et à maîtriser le système d'exploitation Windows 8.1. Le livre propose une approche pas à pas, adaptée aux débutants, pour comprendre les fonctionnalités essentielles de Windows 8.1.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