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en Turbo Pascal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Delannoy, Claude/ </w:t>
            </w:r>
          </w:p>
        </w:tc>
      </w:tr>
      <w:tr>
        <w:trPr>
          <w:trHeight w:val="567"/>
        </w:trPr>
        <w:tc>
          <w:tcPr>
            <w:tcW w:type="dxa" w:w="3000"/>
          </w:tcPr>
          <w:p>
            <w:r>
              <w:t>Edition</w:t>
            </w:r>
          </w:p>
        </w:tc>
        <w:tc>
          <w:tcPr>
            <w:tcW w:type="dxa" w:w="7000"/>
          </w:tcPr>
          <w:p>
            <w:r>
              <w:t>4ème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194 p.</w:t>
            </w:r>
          </w:p>
        </w:tc>
      </w:tr>
      <w:tr>
        <w:trPr>
          <w:trHeight w:val="567"/>
        </w:trPr>
        <w:tc>
          <w:tcPr>
            <w:tcW w:type="dxa" w:w="3000"/>
          </w:tcPr>
          <w:p>
            <w:r>
              <w:t>Illustration</w:t>
            </w:r>
          </w:p>
        </w:tc>
        <w:tc>
          <w:tcPr>
            <w:tcW w:type="dxa" w:w="7000"/>
          </w:tcPr>
          <w:p>
            <w:r>
              <w:t>couv.en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2212090455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turbo pascal (logiciel)/ </w:t>
            </w:r>
          </w:p>
        </w:tc>
      </w:tr>
    </w:tbl>
    <w:p>
      <w:pPr>
        <w:pStyle w:val="Heading3"/>
      </w:pPr>
      <w:r>
        <w:t>Résumé :</w:t>
      </w:r>
    </w:p>
    <w:p>
      <w:r>
        <w:t>Cer ouvrage vous y invite. Il vous propose de nombreux exercices d'entraînement destinés à vous faire explorer les différentes facettes du Turbo Pascal, ainsi que diverses techniques de programmation, et ceci à travers des thèmes variés. Au programme, vous trouverez : des variations algorithmiques sur les instructions de base, la saisie et le contrôle des données, l'élégance de l'utilisation du type "enregistrement" (record), les jeux de hasard, les grands classiques (tris, fusions, recherche en table ...), le traitement de fichiers, les méandres de la récursivité et la souplesse de la gestion dynamique.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