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 pour tous avec Kaella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Delafond;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Planète numérique(N°:None)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2100058215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(systéme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apporte une solution : il permet de découvrir en douceur Linux et tout une série d'applications (Open Office, jeux, émulateur, etc.). En effet, le CD-Rom fourni avec le livre contient une version de Linux Kaella (dérivée de Knoppix) qui permet de faire fonctionner votre ordinateur avec Linux sans désinstaller votre système d'exploitation : insérez simplement le CD dans votre ordinateur, redémarrez et profitez de Linux et de ses applications sans même les installer sur votre disque dur ! Vous pourrez alors vous familiariser avec les concepts clés de ce système d'exploitation : les ommandes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