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analytique.T2, méthodes de séparation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Hamon; M./ Mahuzier; G./ Ferrier; D./ Prognon;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2225806802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analitique/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traite des grandes méthodes de séparations physiques et chimiques : L'osmose, l'osmolalité et la dialyse ; L'extraction d'une solution par un liquide non miscible ou un solide ; L'extraction d'une phase solide par un liquide ou fluide supercritique ; La distillation, l'entraînement à la vapeur ; Les méthodes chromatographiques : chromatographies liquide, gazeuse et supercritique, applications aux polymères et molécules chirales ; Les méthodes électrophorétiques sur supports et en capillaire.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