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Durupthy; André/ Estienne; Jacques/ Giacino; Magali/ Jaubert; Claude/ Mesnil; Claude/ Durupthy,Odile/ Foures, Christine/ Zobiri, Thérèse/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 tout en un(N°:None)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978201459190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collection HPREPA propose des ouvrages claireet complets pour faciliter l'apprentissage et la programmation des étudiants des classes préparatoires en mathématiques,physiques et chimie.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