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Durupthy, André/ Fanguet, Rosine/ Durupthy,Odile/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 1979-188.Index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9782011458117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chimie générale/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futurs élèves de classes préparatoires scientifiques qui ont besoin de maîtriser parfaitement le programme de terminale s pour bien démarrer et réussir la première année de prépa..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