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 100 fiches pratiques de sécurité des produits chimiques au laboratoire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Bernier, S./ Centre national de la recherche scientifique/ Diers, M/ Freyria, A.M/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215-223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2100082892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 chimique/ sécurité/ </w:t>
            </w:r>
          </w:p>
        </w:tc>
      </w:tr>
    </w:tbl>
    <w:p>
      <w:pPr>
        <w:pStyle w:val="Heading3"/>
      </w:pPr>
      <w:r>
        <w:t>Résumé :</w:t>
      </w:r>
    </w:p>
    <w:p>
      <w:r>
        <w:t>Des fiches synthétiques sur une centaine de produits utilisés couramment en laboratoire, présentant toutes les informations utiles à leur manipulation et à leur stockage (toxicité, incompatibilité, protection, élimination, feu...). Edition mettant à jour le nouvel étiquetage prochainement obligatoire (CLP).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