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Catalysis by metals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Jobic, Hervé/ Jean Renouprez,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houches(N°:None)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3540637087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technique/ scientifique/ science humaine/ </w:t>
            </w:r>
          </w:p>
        </w:tc>
      </w:tr>
    </w:tbl>
    <w:p>
      <w:pPr>
        <w:pStyle w:val="Heading3"/>
      </w:pPr>
      <w:r>
        <w:t>Résumé :</w:t>
      </w:r>
    </w:p>
    <w:p>
      <w:r>
        <w:t>Ces contributions présentent les applications possibles des progrès réalisés dans le domaine de la catalyse sur les métaux. Notamment les progrès attendus dans la réduction de production d'éléments polluants.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