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Bases du génie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Claudel; Bernard/ Andrieu; Julien/ INSACAST/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2852060132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chimique/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</w:t>
        <w:br/>
        <w:br/>
        <w:t>- Rappels de thermodynamique</w:t>
        <w:br/>
        <w:br/>
        <w:t>-Le Plateau theorique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