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Dordoigne, José/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ITMAX(N°:None)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9782746096059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informatique/ câblage/ WIFI/ </w:t>
            </w:r>
          </w:p>
        </w:tc>
      </w:tr>
    </w:tbl>
    <w:p>
      <w:pPr>
        <w:pStyle w:val="Heading3"/>
      </w:pPr>
      <w:r>
        <w:t>Résumé :</w:t>
      </w:r>
    </w:p>
    <w:p>
      <w:r>
        <w:t>Ce livre est conçu comme une introduction pratique et accessible aux réseaux informatiques, ciblant à la fois les concepts fondamentaux et les compétences d'administration nécessaires sous les systèmes d'exploitation Windows et Linux. Il est destiné aux étudiants, aux techniciens et aux administrateurs réseau débutants qui souhaitent acquérir une compréhension solide des réseaux et de leur gestion.</w:t>
        <w:br/>
        <w:br/>
        <w:t>Voici les principaux thèmes abordés dans le livre :</w:t>
        <w:br/>
        <w:br/>
        <w:t>Notions fondamentales des réseaux : Le livre commence par les concepts de base des réseaux, tels que les modèles OSI et TCP/IP, les protocoles réseau (IP, TCP, UDP, HTTP, DNS, etc.), les adresses IP, les masques de sous-réseau, le routage, les types de réseaux (LAN, WAN, WLAN), les topologies de réseau, etc.</w:t>
        <w:br/>
        <w:br/>
        <w:t>Matériel réseau : Il aborde le matériel couramment utilisé dans les réseaux, tels que les cartes réseau, les câbles (Ethernet, fibre optique), les hubs, les switches, les routeurs, les points d'accès Wi-Fi, etc. Il explique leurs fonctions et comment les configurer.</w:t>
        <w:br/>
        <w:br/>
        <w:t>Configuration réseau sous Windows : Le livre détaille les étapes pour configurer les paramètres réseau sous Windows, y compris l'attribution d'adresses IP, la configuration du DNS, le partage de fichiers et d'imprimantes, la mise en place d'un pare-feu, la gestion des utilisateurs et des groupes, etc. Il couvre également l'utilisation des outils d'administration réseau de Windows.</w:t>
        <w:br/>
        <w:br/>
        <w:t>Configuration réseau sous Linux : Il présente les commandes et les fichiers de configuration essentiels pour gérer les réseaux sous Linux, tels que ifconfig, ip, route, netstat, les fichiers /etc/network/interfaces, /etc/resolv.conf, etc. Il explique comment configurer une interface réseau, un serveur DNS, un routeur, un pare-feu (iptables), etc.</w:t>
        <w:br/>
        <w:br/>
        <w:t>Services réseau : Le livre aborde la configuration et l'administration de services réseau courants, tels que les serveurs DHCP, DNS, HTTP (Apache), FTP, SSH, les serveurs de messagerie, etc., à la fois sous Windows et Linux.</w:t>
        <w:br/>
        <w:br/>
        <w:t>Sécurité réseau : Il traite des aspects de la sécurité réseau, tels que la mise en place de pare-feu, la détection d'intrusion, la sécurisation des communications (VPN, SSL/TLS), la gestion des mots de passe, la protection contre les virus et les logiciels malveillants, etc.</w:t>
        <w:br/>
        <w:br/>
        <w:t>Dépannage réseau : Le livre fournit des conseils et des techniques pour diagnostiquer et résoudre les problèmes réseau courants, en utilisant des outils tels que ping, traceroute, nslookup, tcpdump,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