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Schott, Marc-Alexandre/ Magadur, Gurvan/ Clède, Sylvain/ Valentin, Julien/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9782804188115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MPSI/ </w:t>
            </w:r>
          </w:p>
        </w:tc>
      </w:tr>
    </w:tbl>
    <w:p>
      <w:pPr>
        <w:pStyle w:val="Heading3"/>
      </w:pPr>
      <w:r>
        <w:t>Résumé :</w:t>
      </w:r>
    </w:p>
    <w:p>
      <w:r>
        <w:t>Manuel regroupant tous les cours de chimie, ainsi que des exercices et des sujets de concours avec leurs corrigés. ­</w:t>
        <w:br/>
        <w:br/>
        <w:t>Ce livre convient également aux étudiants de cycle préparatoire intégré et de premier cycle universitaire scientifique et aux candidats des concours d'enseignement des sciences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