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Durupthy, André/ Estienne, Jacques/ Jaubert, Alain/ Giacino, Magali/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H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9782011456588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physique/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