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mathématiques.T1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Guinin; Daniel/ Joppin; Bernard/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Classes préparatoires premier cycle universitaire(N°:1)</w:t>
            </w:r>
          </w:p>
        </w:tc>
      </w:tr>
      <w:tr>
        <w:trPr>
          <w:trHeight w:val="567"/>
        </w:trPr>
        <w:tc>
          <w:tcPr>
            <w:tcW w:type="dxa" w:w="3000"/>
          </w:tcPr>
          <w:p>
            <w:r>
              <w:t>Numéro d'Identification</w:t>
            </w:r>
          </w:p>
        </w:tc>
        <w:tc>
          <w:tcPr>
            <w:tcW w:type="dxa" w:w="7000"/>
          </w:tcPr>
          <w:p>
            <w:r>
              <w:t>2853949451</w:t>
            </w:r>
          </w:p>
        </w:tc>
      </w:tr>
      <w:tr>
        <w:trPr>
          <w:trHeight w:val="567"/>
        </w:trPr>
        <w:tc>
          <w:tcPr>
            <w:tcW w:type="dxa" w:w="3000"/>
          </w:tcPr>
          <w:p>
            <w:r>
              <w:t>Sujet(s)</w:t>
            </w:r>
          </w:p>
        </w:tc>
        <w:tc>
          <w:tcPr>
            <w:tcW w:type="dxa" w:w="7000"/>
          </w:tcPr>
          <w:p>
            <w:r>
              <w:t xml:space="preserve">géométrie/ mathématique/ algébre/ </w:t>
            </w:r>
          </w:p>
        </w:tc>
      </w:tr>
    </w:tbl>
    <w:p>
      <w:pPr>
        <w:pStyle w:val="Heading3"/>
      </w:pPr>
      <w:r>
        <w:t>Résumé :</w:t>
      </w:r>
    </w:p>
    <w:p>
      <w:r>
        <w:t>Le "Précis de mathématiques.T1 : Algèbre, géométrie, MPSI" est un ouvrage qui aborde les notions fondamentales d'algèbre et de géométrie destinées aux étudiants en Mathématiques, Physique et Sciences de l'Ingénieur (MPSI), particulièrement pour les classes préparatoires aux grandes écoles. Ce premier volume présente de manière concise et rigoureuse les bases théoriques et les méthodes essentielles de ces deux domaines des mathématiques, en vue de préparer les étudiants aux épreuves écrites et orales des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