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commutative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Goblot, Rémi/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2100057790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algèbre commutative/ </w:t>
            </w:r>
          </w:p>
        </w:tc>
      </w:tr>
    </w:tbl>
    <w:p>
      <w:pPr>
        <w:pStyle w:val="Heading3"/>
      </w:pPr>
      <w:r>
        <w:t>Résumé :</w:t>
      </w:r>
    </w:p>
    <w:p>
      <w:r>
        <w:t>Cours de 2e cycle et de préparation à l'agrégation couvrant les divers domaines de l'algèbre commutative (anneaux principaux, factoriels, normaux, noéthériens, algèbre de polynômes, corps). Des exercices corrigés et de nombreux exemples et applications arithmétiques et géométriques illustrent l'exposé.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