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Guégand, Jean/ Leboeuf,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coulisses de l'oral des Mines(N°:None)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Présente une sélection d'exercices de géométrie. Le choix a été effectué parmi les exercices posés à l'oral du concours commun Mines-Ponts,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