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Distributions.T4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Guelfand; I.M./ Vilenkin; N.Y./ Rideau,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universitaire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Ce Livre est 4ème tome de la série de volumes,traitant de l'analyse fonctionnelle parus sous le titre général de "distrubitions"; néanmoins, il n'est pas la continuation pure et simple des livres qui précédent...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