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 avec OCaml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Conchon; Sylvain/ Filliâtre; Jean-Christophe/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x 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p.p.425-429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9782212136784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Manuel d'algorithmique fondamentale destiné à l'apprentissage du langage de programmation moderne OCaml, comprenant trois parties : la programmation OCaml, la structuration des données, les techniques algorithmiques et applications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