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notions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Soulard, Hervé/ Cormen, Thomas 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221-229</w:t>
            </w:r>
          </w:p>
        </w:tc>
      </w:tr>
      <w:tr>
        <w:trPr>
          <w:trHeight w:val="567"/>
        </w:trPr>
        <w:tc>
          <w:tcPr>
            <w:tcW w:type="dxa" w:w="3000"/>
          </w:tcPr>
          <w:p>
            <w:r>
              <w:t>Numéro d'Identification</w:t>
            </w:r>
          </w:p>
        </w:tc>
        <w:tc>
          <w:tcPr>
            <w:tcW w:type="dxa" w:w="7000"/>
          </w:tcPr>
          <w:p>
            <w:r>
              <w:t>9782100701513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w:t>
            </w:r>
          </w:p>
        </w:tc>
      </w:tr>
    </w:tbl>
    <w:p>
      <w:pPr>
        <w:pStyle w:val="Heading3"/>
      </w:pPr>
      <w:r>
        <w:t>Résumé :</w:t>
      </w:r>
    </w:p>
    <w:p>
      <w:r>
        <w:t>Souvent référencé simplement comme "Introduction aux algorithmes", c'est un ouvrage fondamental en informatique. Ce livre aborde les concepts fondamentaux de l'algorithmique et fournit une base solide pour comprendre la conception et l'analyse des algorithmes.</w:t>
        <w:br/>
        <w:br/>
        <w:t>Résumé des principaux thèmes :</w:t>
        <w:br/>
        <w:br/>
        <w:t>-Introduction aux algorithmes : Le livre commence par définir ce qu'est un algorithme et explore son importance dans le domaine de l'informatique. Il présente les critères d'efficacité des algorithmes, y compris leur complexité temporelle et spatiale.</w:t>
        <w:br/>
        <w:br/>
        <w:t>-Structure de données : Cormen discute des différentes structures de données, comme les tableaux, les listes chaînées et les arbres, en expliquant comment elles se combinent pour optimiser le fonctionnement des algorithmes.</w:t>
        <w:br/>
        <w:br/>
        <w:t>-Tri et recherche : Plusieurs algorithmes de tri (comme le tri à bulles, le tri par insertion, et le tri rapide) et de recherche (comme la recherche linéaire et binaire) sont présentés avec leurs analyses de complexité.</w:t>
        <w:br/>
        <w:br/>
        <w:t>-Algorithmes de graphes : Le livre contient des chapitres dédiés aux graphes, discutant des algorithmes de parcours, tels que le parcours en largeur (BFS) et le parcours en profondeur (DFS), ainsi que des algorithmes pour trouver les plus courts chemins, comme ceux de Dijkstra et Bellman-Ford.</w:t>
        <w:br/>
        <w:br/>
        <w:t>-Programmation dynamique : Cormen introduit la programmation dynamique comme une méthode pour résoudre des problèmes complexes en les décomposant en sous-problèmes plus simples.</w:t>
        <w:br/>
        <w:br/>
        <w:t>-Algorithmes de tri avancés et structures de données avancées : Le livre aborde également des algorithmes plus avancés pour des cas spécifiques, comme le tri par fusions, ainsi que des structures plus complexes comme les arbres AVL et les arbres rouges et noirs.</w:t>
        <w:br/>
        <w:br/>
        <w:t>-Complexité et classes de problèmes : Enfin, l'ouvrage se penche sur la théorie de la complexité, abordant les problèmes NP-complets et les classes de problèmes, ce qui pousse à réfléchir sur les limites de la calculabilité.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