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LabVIEW, programmation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Kodosky, Jeff/ Cottet, Francis/ </w:t>
            </w:r>
          </w:p>
        </w:tc>
      </w:tr>
      <w:tr>
        <w:trPr>
          <w:trHeight w:val="567"/>
        </w:trPr>
        <w:tc>
          <w:tcPr>
            <w:tcW w:type="dxa" w:w="3000"/>
          </w:tcPr>
          <w:p>
            <w:r>
              <w:t>Adresse bib.</w:t>
            </w:r>
          </w:p>
        </w:tc>
        <w:tc>
          <w:tcPr>
            <w:tcW w:type="dxa" w:w="7000"/>
          </w:tcPr>
          <w:p>
            <w:r>
              <w:t xml:space="preserve">Dunod/ "Mesures"/ </w:t>
            </w:r>
          </w:p>
        </w:tc>
      </w:tr>
      <w:tr>
        <w:trPr>
          <w:trHeight w:val="567"/>
        </w:trPr>
        <w:tc>
          <w:tcPr>
            <w:tcW w:type="dxa" w:w="3000"/>
          </w:tcPr>
          <w:p>
            <w:r>
              <w:t>Nombre de Pages</w:t>
            </w:r>
          </w:p>
        </w:tc>
        <w:tc>
          <w:tcPr>
            <w:tcW w:type="dxa" w:w="7000"/>
          </w:tcPr>
          <w:p>
            <w:r>
              <w:t>415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Notes Générales</w:t>
            </w:r>
          </w:p>
        </w:tc>
        <w:tc>
          <w:tcPr>
            <w:tcW w:type="dxa" w:w="7000"/>
          </w:tcPr>
          <w:p>
            <w:r>
              <w:t>Index p.p. 411-415</w:t>
            </w:r>
          </w:p>
        </w:tc>
      </w:tr>
      <w:tr>
        <w:trPr>
          <w:trHeight w:val="567"/>
        </w:trPr>
        <w:tc>
          <w:tcPr>
            <w:tcW w:type="dxa" w:w="3000"/>
          </w:tcPr>
          <w:p>
            <w:r>
              <w:t>Numéro d'Identification</w:t>
            </w:r>
          </w:p>
        </w:tc>
        <w:tc>
          <w:tcPr>
            <w:tcW w:type="dxa" w:w="7000"/>
          </w:tcPr>
          <w:p>
            <w:r>
              <w:t>2100056670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LabVIEW (langage de programmation)/ </w:t>
            </w:r>
          </w:p>
        </w:tc>
      </w:tr>
    </w:tbl>
    <w:p>
      <w:pPr>
        <w:pStyle w:val="Heading3"/>
      </w:pPr>
      <w:r>
        <w:t>Résumé :</w:t>
      </w:r>
    </w:p>
    <w:p>
      <w:r>
        <w:t>LabVIEW TM , langage de programmation graphique performant, propose un environnement destiné à l'instrumentation et au contrôle de process industriels. Il offre la souplesse et la puissance d'un langage de programmation avec une qualité supplémentaire liée à sa méthode de programmation graphique fonctionnelle naturellement familière aux ingénieurs. Ces deux facteurs révèlent une étonnante flexibilité qui s'exprime parfaitement au travers de la diversité des applications industrielles développées sous environnement LabVIEW TM . Ce livre permet à son lecteur de s'initier aux bases du logiciel LabVIEW TM et de les mettre rapidement en oeuvre. LabVIEW TM s'adresse donc à tous les techniciens et ingénieurs qui désirent développer une application de mesures, de tests ou de contrôle/commande avec une interface utilisateur de très grande interactivité. Cette application peut aller de la simple analyse de données provenant d'un appareil de mesure connecté par sa liaison série, au contrôle d'un procédé physique complexe (avec des contraintes temporelles) relié au micro-ordinateur par des interfaces de type acquisition et restitution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