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de données avec visual interDev 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Eberhardt, Christine/ Crouch, Robert/ </w:t>
            </w:r>
          </w:p>
        </w:tc>
      </w:tr>
      <w:tr>
        <w:trPr>
          <w:trHeight w:val="567"/>
        </w:trPr>
        <w:tc>
          <w:tcPr>
            <w:tcW w:type="dxa" w:w="3000"/>
          </w:tcPr>
          <w:p>
            <w:r>
              <w:t>Adresse bib.</w:t>
            </w:r>
          </w:p>
        </w:tc>
        <w:tc>
          <w:tcPr>
            <w:tcW w:type="dxa" w:w="7000"/>
          </w:tcPr>
          <w:p>
            <w:r>
              <w:t xml:space="preserve">Campus Press France/ </w:t>
            </w:r>
          </w:p>
        </w:tc>
      </w:tr>
      <w:tr>
        <w:trPr>
          <w:trHeight w:val="567"/>
        </w:trPr>
        <w:tc>
          <w:tcPr>
            <w:tcW w:type="dxa" w:w="3000"/>
          </w:tcPr>
          <w:p>
            <w:r>
              <w:t>Nombre de Pages</w:t>
            </w:r>
          </w:p>
        </w:tc>
        <w:tc>
          <w:tcPr>
            <w:tcW w:type="dxa" w:w="7000"/>
          </w:tcPr>
          <w:p>
            <w:r>
              <w:t>739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programmeur(N°:None)</w:t>
            </w:r>
          </w:p>
        </w:tc>
      </w:tr>
      <w:tr>
        <w:trPr>
          <w:trHeight w:val="567"/>
        </w:trPr>
        <w:tc>
          <w:tcPr>
            <w:tcW w:type="dxa" w:w="3000"/>
          </w:tcPr>
          <w:p>
            <w:r>
              <w:t>Notes Générales</w:t>
            </w:r>
          </w:p>
        </w:tc>
        <w:tc>
          <w:tcPr>
            <w:tcW w:type="dxa" w:w="7000"/>
          </w:tcPr>
          <w:p>
            <w:r>
              <w:t>Index p.p.731-740</w:t>
            </w:r>
          </w:p>
        </w:tc>
      </w:tr>
      <w:tr>
        <w:trPr>
          <w:trHeight w:val="567"/>
        </w:trPr>
        <w:tc>
          <w:tcPr>
            <w:tcW w:type="dxa" w:w="3000"/>
          </w:tcPr>
          <w:p>
            <w:r>
              <w:t>Numéro d'Identification</w:t>
            </w:r>
          </w:p>
        </w:tc>
        <w:tc>
          <w:tcPr>
            <w:tcW w:type="dxa" w:w="7000"/>
          </w:tcPr>
          <w:p>
            <w:r>
              <w:t>274400930x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base de données/ SQL (logiciel)/ visuel interdev 6/ </w:t>
            </w:r>
          </w:p>
        </w:tc>
      </w:tr>
    </w:tbl>
    <w:p>
      <w:pPr>
        <w:pStyle w:val="Heading3"/>
      </w:pPr>
      <w:r>
        <w:t>Résumé :</w:t>
      </w:r>
    </w:p>
    <w:p>
      <w:r>
        <w:t>Cet ouvrage vous permettra de maîtriser les principes fondamentaux puis d'aborder les concepts et les fonctions avancés de Visual InterDev 6. Aidé par des, exemples pratiques et de nombreux conseils, vous pourrez ainsi créer et faire fonctionner de puissantes applications Web de bases de données. Tout au long du livre, vous apprendrez à construire et à optimiser un formulaire Web de bases de données. Vous découvrirez également la gestion des erreurs et les fonctions de sécurité pour vos applications. Vous utiliserez les services de gestion des données à distance pour Microsoft Internet Explorer et vous apprendrez à utiliser des objets personnalisés dans tous vos formulaires.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