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Pages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Crowder, David/ Crowder, Rhonda/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793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Glossaire p.p. 767-788 . Index p.p. 789-793</w:t>
            </w:r>
          </w:p>
        </w:tc>
      </w:tr>
      <w:tr>
        <w:trPr>
          <w:trHeight w:val="567"/>
        </w:trPr>
        <w:tc>
          <w:tcPr>
            <w:tcW w:type="dxa" w:w="3000"/>
          </w:tcPr>
          <w:p>
            <w:r>
              <w:t>Numéro d'Identification</w:t>
            </w:r>
          </w:p>
        </w:tc>
        <w:tc>
          <w:tcPr>
            <w:tcW w:type="dxa" w:w="7000"/>
          </w:tcPr>
          <w:p>
            <w:r>
              <w:t>2746403919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page web/ animation web/ </w:t>
            </w:r>
          </w:p>
        </w:tc>
      </w:tr>
    </w:tbl>
    <w:p>
      <w:pPr>
        <w:pStyle w:val="Heading3"/>
      </w:pPr>
      <w:r>
        <w:t>Résumé :</w:t>
      </w:r>
    </w:p>
    <w:p>
      <w:r>
        <w:t>Ce livre est un guide pratique pour les débutants souhaitant apprendre à créer des pages web. Il couvre les langages et les techniques fondamentales nécessaires pour concevoir et développer des sites web simples et fonctionnels.</w:t>
        <w:br/>
        <w:br/>
        <w:t>Principaux thèmes abordés :</w:t>
        <w:br/>
        <w:br/>
        <w:t>"HTML (HyperText Markup Language) : Introduction aux balises HTML pour structurer le contenu d'une page web (textes, images, liens, tableaux, formulaires, etc.). Il explique comment organiser l'information et créer une structure logique pour un site web.</w:t>
        <w:br/>
        <w:br/>
        <w:t>"CSS (Cascading Style Sheets) : Présentation des feuilles de style CSS pour contrôler l'apparence visuelle d'une page web (couleurs, polices, marges, disposition des éléments, etc.). Il montre comment séparer le contenu de la présentation pour faciliter la maintenance et améliorer la cohérence visuelle.</w:t>
        <w:br/>
        <w:br/>
        <w:t>"Bases de JavaScript : Introduction à la programmation JavaScript pour ajouter de l'interactivité aux pages web (animations, formulaires dynamiques, etc.). Il explique comment manipuler le contenu d'une page en fonction des actions de l'utilisateur.</w:t>
        <w:br/>
        <w:br/>
        <w:t>"Principes de conception web : Conseils sur l'ergonomie, l'accessibilité et le design d'interfaces web. Il met l'accent sur l'importance de créer des sites web faciles à utiliser et accessibles à tous les utilisateurs, y compris ceux ayant des handicaps.</w:t>
        <w:br/>
        <w:br/>
        <w:t>"Outils de développement : Présentation des outils essentiels pour le développement web (éditeurs de texte, navigateurs, outils de débogage, etc.).</w:t>
        <w:br/>
        <w:br/>
        <w:t>"Hébergement et publication : Explication des étapes nécessaires pour mettre un site web en ligne (choix d'un hébergeur, nom de domaine, transfert de fichiers,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