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numériques d'une variable réelle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Hirsch, Gérard/ Gilormini,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Mathématiques(N°:15)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2225848173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variable/ </w:t>
            </w:r>
          </w:p>
        </w:tc>
      </w:tr>
    </w:tbl>
    <w:p>
      <w:pPr>
        <w:pStyle w:val="Heading3"/>
      </w:pPr>
      <w:r>
        <w:t>Résumé :</w:t>
      </w:r>
    </w:p>
    <w:p>
      <w:r>
        <w:t>Couvre le programme d'analyse concernant les fonctions numériques d'une variable. Le lecteur y trouvera un rappel de cours succinct suivi de tests d'exercices (corrigés) pour chaque partie.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