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spéciales.T2, topologie,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Gostiaux,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2130487289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Ces exercices ont été choisis avec le souci de montrer comment faire usage de parties partout denses dans un espace, pour ramener la vérification d'une propriété ponctuelle sur l'espace à une telle partie, en présence de stabilité par continuité. Ces exercices sont des entrainements pour les candidats aux concours des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