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Best of algèbre 1re année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Germoni; Jérôme/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2100051792</w:t>
            </w:r>
          </w:p>
        </w:tc>
      </w:tr>
      <w:tr>
        <w:trPr>
          <w:trHeight w:val="567"/>
        </w:trPr>
        <w:tc>
          <w:tcPr>
            <w:tcW w:type="dxa" w:w="3000"/>
          </w:tcPr>
          <w:p>
            <w:r>
              <w:t>Sujet(s)</w:t>
            </w:r>
          </w:p>
        </w:tc>
        <w:tc>
          <w:tcPr>
            <w:tcW w:type="dxa" w:w="7000"/>
          </w:tcPr>
          <w:p>
            <w:r>
              <w:t xml:space="preserve">algébre/ espace vectoriel/ matrice/ polynôme/ arithmétique/ </w:t>
            </w:r>
          </w:p>
        </w:tc>
      </w:tr>
    </w:tbl>
    <w:p>
      <w:pPr>
        <w:pStyle w:val="Heading3"/>
      </w:pPr>
      <w:r>
        <w:t>Résumé :</w:t>
      </w:r>
    </w:p>
    <w:p>
      <w:r>
        <w:t>Outil de révision pour les étudiants des Deug MIAS et MASS, ce livre propose une sélection d'énoncés  d'examen accompagnés des corrigés détaillés, avec des enrichissements visuels permettant de repérer facilement les conseils, des bilans de méthodes ou des prolongements pour prendre un peu de hauteur.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