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Heudron, Philippe/ Gérardin, Bernadette/ Lemberg,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Permet de préparer les épreuves de mathématiques du concours d'entrée à HEC tout en donnant aux candidats une solide culture mathématique.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