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Algèbre, 240 exercices corrigés avec résumé de cours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Gaultier,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sciences en fac(N°:None)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2711788849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Ouvrage conçu pour les étudiants dont les mathématiques ne sont pas la discipline dominante. Chaque chapitre est constitué d'un résumé de toutes les notions du cours et d'exercices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