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intégration,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Herbin; Raphaèle/ Gallouet, Thierry/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600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9782729877538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mésure/ théorie de probabilité/ </w:t>
            </w:r>
          </w:p>
        </w:tc>
      </w:tr>
    </w:tbl>
    <w:p>
      <w:pPr>
        <w:pStyle w:val="Heading3"/>
      </w:pPr>
      <w:r>
        <w:t>Résumé :</w:t>
      </w:r>
    </w:p>
    <w:p>
      <w:r>
        <w:t>Etude de la théorie de l'intégration se basant sur la théorie de Lebesgue et la transformation de Fourier, ainsi que sur les probabilités et les espaces de fonctions intégrables. Des exercices corrigés complètent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