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topologie algébrique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Godbillon;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algébrique/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à la topologie algébrique. Les deux premières parties sont consacrées au groupe fondamental et aux revêtements. La troisième partie est consacrée à la cohomologie de de Rham. Avec de nombreux exercices qui illustrent et complètent.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