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Toutes les mathématiques PSI, PSI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Guillaumie,Hervé/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Ellipses/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672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Tout en un(N°:None)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Mathématiques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mathématique/ </w:t>
            </w:r>
          </w:p>
        </w:tc>
      </w:tr>
    </w:tbl>
    <w:p>
      <w:pPr>
        <w:pStyle w:val="Heading3"/>
      </w:pPr>
      <w:r>
        <w:t>Résumé :</w:t>
      </w:r>
    </w:p>
    <w:p>
      <w:r>
        <w:t>Présente l'ensemble du cours correspondant au nouveau programme de la filière PSI-PSI*, organisé en deux parties : algèbre et géométrie, analyse. Les énoncés des théorèmes et propositions sont détaillés et commentés et des exercices sont proposés en fin de chaque chapitre.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