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Fondation de la théorie des jeux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Moulin;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2705659056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mathematical optimization/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n'est pas de présenter tout  ou partie des ramifications dont certaines sont contestées que la théorie des jeux a développées depuis 1944.il est au contraire de présenter avec soin les résultats fondateurs de cette théorie.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