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Toute l'analyse de la licence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Escofier, Jean-Pierre/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598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9782100589173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variable réelle complexe/ </w:t>
            </w:r>
          </w:p>
        </w:tc>
      </w:tr>
    </w:tbl>
    <w:p>
      <w:pPr>
        <w:pStyle w:val="Heading3"/>
      </w:pPr>
      <w:r>
        <w:t>Résumé :</w:t>
      </w:r>
    </w:p>
    <w:p>
      <w:r>
        <w:t>Manuel d'analyse proposant des exemples, des synthèses de cours, des compléments historiques, et des exercices corrigés de difficulté croissante.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