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Actualités d'écologie forestière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P., Pesson/ Mangenot,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Formation permanente en écologie et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Notes bibliogr.; Résumé en français et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204010710X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?cologie des forêts/ </w:t>
            </w:r>
          </w:p>
        </w:tc>
      </w:tr>
    </w:tbl>
    <w:p>
      <w:pPr>
        <w:pStyle w:val="Heading3"/>
      </w:pPr>
      <w:r>
        <w:t>Résumé :</w:t>
      </w:r>
    </w:p>
    <w:p>
      <w:r>
        <w:t>Ce nouvel ouvrage coliectif d'écologie forestière présente les plus récentes recherches dans ce domaine,suivant un plan bien structuré permettant de replacer chaque contribution dans un ensemble cohérent et progressif   14301/82  14302/82      28798/82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