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Lambert, Michel/ Pécastaings, Francis/ Pelle,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d'analyse forme,avec un livre similaire consacré à l'algèbre ,un recueil d'exercices et de problèmes de mathématiques déstiné aux étudiants des classes préparatoires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