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Lambert, M/ Pécastaings, F./ Pelle, J.-P./ Zara,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271172154X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livre d'analyse forme, consacré à l'algèbre, un recueil d'exercices et de problèmes de mathématiques destiné aux étudiants des classes préparatoires aux grandes écoles et du premier cycle des universités.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