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d'algèbre avec corrigés et commentaires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Lambert, Michel/ Pécastaings, Francis/ Pelle, Jean-Pierre/ Zara,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corrigés avec rappels de cours recouvre le . de même que l'essentiel du</w:t>
        <w:br/>
        <w:br/>
        <w:t>programme des classes de mathématiques supérieures. . issue des travaux des sections de</w:t>
        <w:br/>
        <w:br/>
        <w:t>premier cycle de l'Université de Grenoble, . sont également accompagnés de commentaires</w:t>
        <w:br/>
        <w:br/>
        <w:t>dégageant les méthodes et les notions.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